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LUKMAN HAWAL</w:t>
      </w:r>
    </w:p>
    <w:p>
      <w:pPr>
        <w:jc w:val="center"/>
      </w:pPr>
      <w:r>
        <w:rPr>
          <w:b/>
          <w:sz w:val="21"/>
        </w:rPr>
        <w:t>Customer Specialist | Customer Support | Client Relations</w:t>
      </w:r>
    </w:p>
    <w:p>
      <w:pPr>
        <w:jc w:val="center"/>
      </w:pPr>
      <w:r>
        <w:rPr>
          <w:sz w:val="18"/>
        </w:rPr>
        <w:t>Nigeria  |  +234 [Phone Number]  |  [Email Address]</w:t>
      </w:r>
    </w:p>
    <w:p>
      <w:pPr>
        <w:spacing w:before="100" w:after="40"/>
      </w:pPr>
      <w:r>
        <w:rPr>
          <w:b/>
          <w:sz w:val="22"/>
        </w:rPr>
        <w:t>PROFESSIONAL SUMMARY</w:t>
      </w:r>
    </w:p>
    <w:p>
      <w:r>
        <w:t>Customer-focused professional with strong communication, problem-solving, and interpersonal skills. Able to understand customer needs, handle inquiries professionally, resolve complaints, and provide helpful solutions. Comfortable supporting customers through chat, email, and phone while maintaining a positive customer experience.</w:t>
      </w:r>
    </w:p>
    <w:p>
      <w:pPr>
        <w:spacing w:before="100" w:after="40"/>
      </w:pPr>
      <w:r>
        <w:rPr>
          <w:b/>
          <w:sz w:val="22"/>
        </w:rPr>
        <w:t>CORE SKILLS</w:t>
      </w:r>
    </w:p>
    <w:p>
      <w:r>
        <w:t>Customer Service &amp; Support  •  Complaint Resolution  •  Active Listening  •  Problem Solving  •  Email &amp; Chat Support  •  Customer Relationship Management  •  Data Entry  •  Time Management  •  Attention to Detail  •  Online Research  •  Team Collaboration</w:t>
      </w:r>
    </w:p>
    <w:p>
      <w:pPr>
        <w:spacing w:before="100" w:after="40"/>
      </w:pPr>
      <w:r>
        <w:rPr>
          <w:b/>
          <w:sz w:val="22"/>
        </w:rPr>
        <w:t>EDUCATION</w:t>
      </w:r>
    </w:p>
    <w:p>
      <w:r>
        <w:rPr>
          <w:b/>
        </w:rPr>
        <w:t>Bachelor’s Degree</w:t>
      </w:r>
      <w:r>
        <w:br/>
        <w:t>University of Lagos (UNILAG), Nigeria</w:t>
        <w:br/>
        <w:t>Field of Study: [Your Field]  |  [Year of Graduation]</w:t>
      </w:r>
    </w:p>
    <w:p>
      <w:pPr>
        <w:spacing w:before="100" w:after="40"/>
      </w:pPr>
      <w:r>
        <w:rPr>
          <w:b/>
          <w:sz w:val="22"/>
        </w:rPr>
        <w:t>PROFESSIONAL EXPERIENCE</w:t>
      </w:r>
    </w:p>
    <w:p>
      <w:r>
        <w:rPr>
          <w:b/>
        </w:rPr>
        <w:t>Customer Support / Customer Service Experience</w:t>
      </w:r>
      <w:r>
        <w:br/>
        <w:t>[Company Name] — [Location/Remote]  |  [Dates]</w:t>
      </w:r>
    </w:p>
    <w:p>
      <w:pPr>
        <w:pStyle w:val="ListBullet"/>
        <w:spacing w:after="0"/>
        <w:ind w:left="288"/>
      </w:pPr>
      <w:r>
        <w:t>Responded to customer questions and requests professionally.</w:t>
      </w:r>
    </w:p>
    <w:p>
      <w:pPr>
        <w:pStyle w:val="ListBullet"/>
        <w:spacing w:after="0"/>
        <w:ind w:left="288"/>
      </w:pPr>
      <w:r>
        <w:t>Helped customers understand products, services, and processes.</w:t>
      </w:r>
    </w:p>
    <w:p>
      <w:pPr>
        <w:pStyle w:val="ListBullet"/>
        <w:spacing w:after="0"/>
        <w:ind w:left="288"/>
      </w:pPr>
      <w:r>
        <w:t>Handled complaints and worked toward satisfactory resolutions.</w:t>
      </w:r>
    </w:p>
    <w:p>
      <w:pPr>
        <w:pStyle w:val="ListBullet"/>
        <w:spacing w:after="0"/>
        <w:ind w:left="288"/>
      </w:pPr>
      <w:r>
        <w:t>Communicated with customers through chat, email, and digital channels.</w:t>
      </w:r>
    </w:p>
    <w:p>
      <w:pPr>
        <w:pStyle w:val="ListBullet"/>
        <w:spacing w:after="0"/>
        <w:ind w:left="288"/>
      </w:pPr>
      <w:r>
        <w:t>Maintained accurate customer information and records.</w:t>
      </w:r>
    </w:p>
    <w:p>
      <w:pPr>
        <w:pStyle w:val="ListBullet"/>
        <w:spacing w:after="0"/>
        <w:ind w:left="288"/>
      </w:pPr>
      <w:r>
        <w:t>Followed up on customer issues to ensure timely resolution.</w:t>
      </w:r>
    </w:p>
    <w:p>
      <w:r>
        <w:rPr>
          <w:b/>
        </w:rPr>
        <w:t>Additional Experience</w:t>
      </w:r>
      <w:r>
        <w:br/>
        <w:t>[Company / Organization / Remote]  |  [Dates]</w:t>
      </w:r>
    </w:p>
    <w:p>
      <w:pPr>
        <w:pStyle w:val="ListBullet"/>
        <w:spacing w:after="0"/>
        <w:ind w:left="288"/>
      </w:pPr>
      <w:r>
        <w:t>Assisted with administrative and online tasks.</w:t>
      </w:r>
    </w:p>
    <w:p>
      <w:pPr>
        <w:pStyle w:val="ListBullet"/>
        <w:spacing w:after="0"/>
        <w:ind w:left="288"/>
      </w:pPr>
      <w:r>
        <w:t>Communicated clearly with clients and team members.</w:t>
      </w:r>
    </w:p>
    <w:p>
      <w:pPr>
        <w:pStyle w:val="ListBullet"/>
        <w:spacing w:after="0"/>
        <w:ind w:left="288"/>
      </w:pPr>
      <w:r>
        <w:t>Managed multiple tasks while meeting deadlines.</w:t>
      </w:r>
    </w:p>
    <w:p>
      <w:pPr>
        <w:pStyle w:val="ListBullet"/>
        <w:spacing w:after="0"/>
        <w:ind w:left="288"/>
      </w:pPr>
      <w:r>
        <w:t>Used online platforms and digital tools efficiently.</w:t>
      </w:r>
    </w:p>
    <w:p>
      <w:pPr>
        <w:spacing w:before="100" w:after="40"/>
      </w:pPr>
      <w:r>
        <w:rPr>
          <w:b/>
          <w:sz w:val="22"/>
        </w:rPr>
        <w:t>TECHNICAL SKILLS</w:t>
      </w:r>
    </w:p>
    <w:p>
      <w:r>
        <w:t>Microsoft Word  •  Microsoft Excel  •  Google Docs  •  Google Sheets  •  Gmail  •  Online Chat Platforms  •  Customer Support Tools</w:t>
      </w:r>
    </w:p>
    <w:p>
      <w:pPr>
        <w:spacing w:before="100" w:after="40"/>
      </w:pPr>
      <w:r>
        <w:rPr>
          <w:b/>
          <w:sz w:val="22"/>
        </w:rPr>
        <w:t>LANGUAGES</w:t>
      </w:r>
    </w:p>
    <w:p>
      <w:r>
        <w:t>English — Fluent</w:t>
        <w:br/>
        <w:t>[Other Language] — [Level]</w:t>
      </w:r>
    </w:p>
    <w:p>
      <w:pPr>
        <w:spacing w:before="100" w:after="40"/>
      </w:pPr>
      <w:r>
        <w:rPr>
          <w:b/>
          <w:sz w:val="22"/>
        </w:rPr>
        <w:t>PERSONAL STRENGTHS</w:t>
      </w:r>
    </w:p>
    <w:p>
      <w:r>
        <w:t>Patient and respectful with customers  •  Fast learner  •  Reliable and organized  •  Strong written and verbal communication  •  Adaptable  •  Able to work independently or with a team</w:t>
      </w:r>
    </w:p>
    <w:p>
      <w:pPr>
        <w:spacing w:before="100" w:after="40"/>
      </w:pPr>
      <w:r>
        <w:rPr>
          <w:b/>
          <w:sz w:val="22"/>
        </w:rPr>
        <w:t>REFERENCES</w:t>
      </w:r>
    </w:p>
    <w:p>
      <w:r>
        <w:t>Available upon request.</w:t>
      </w:r>
    </w:p>
    <w:sectPr w:rsidR="00FC693F" w:rsidRPr="0006063C" w:rsidSect="00034616">
      <w:pgSz w:w="12240" w:h="15840"/>
      <w:pgMar w:top="792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