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EF4674" w14:textId="77777777" w:rsidR="009C08A1" w:rsidRDefault="009B12EF">
      <w:pPr>
        <w:jc w:val="center"/>
        <w:rPr>
          <w:rFonts w:hint="eastAsia"/>
        </w:rPr>
      </w:pPr>
      <w:r>
        <w:rPr>
          <w:b/>
          <w:sz w:val="40"/>
        </w:rPr>
        <w:t>OREOLUWA OLAREWAJU OLUWADARASIMI</w:t>
      </w:r>
    </w:p>
    <w:p w14:paraId="126EC196" w14:textId="77777777" w:rsidR="009C08A1" w:rsidRDefault="009B12EF">
      <w:pPr>
        <w:jc w:val="center"/>
        <w:rPr>
          <w:rFonts w:hint="eastAsia"/>
        </w:rPr>
      </w:pPr>
      <w:r>
        <w:rPr>
          <w:b/>
          <w:sz w:val="22"/>
        </w:rPr>
        <w:t>GRAPHIC DESIGNER | VIDEO EDITOR | CREATIVE SPECIALIST</w:t>
      </w:r>
    </w:p>
    <w:p w14:paraId="3E054B1E" w14:textId="5F7903F1" w:rsidR="009C08A1" w:rsidRDefault="009B12EF">
      <w:pPr>
        <w:jc w:val="center"/>
        <w:rPr>
          <w:rFonts w:hint="eastAsia"/>
        </w:rPr>
      </w:pPr>
      <w:r>
        <w:rPr>
          <w:sz w:val="18"/>
        </w:rPr>
        <w:t>Ilorin, Kwara State, Nigeria  |  Phone:</w:t>
      </w:r>
      <w:r w:rsidR="00877692">
        <w:rPr>
          <w:sz w:val="18"/>
        </w:rPr>
        <w:t xml:space="preserve"> 07026265945 </w:t>
      </w:r>
      <w:r>
        <w:rPr>
          <w:sz w:val="18"/>
        </w:rPr>
        <w:t xml:space="preserve">|  Email: </w:t>
      </w:r>
      <w:r w:rsidR="001A190F">
        <w:rPr>
          <w:sz w:val="18"/>
        </w:rPr>
        <w:t>olarewajuoluwadarasimi1@gmail.com</w:t>
      </w:r>
    </w:p>
    <w:p w14:paraId="6C1F9D81" w14:textId="77777777" w:rsidR="009C08A1" w:rsidRDefault="009B12EF">
      <w:pPr>
        <w:spacing w:before="140" w:after="60"/>
        <w:rPr>
          <w:rFonts w:hint="eastAsia"/>
        </w:rPr>
      </w:pPr>
      <w:r>
        <w:rPr>
          <w:b/>
          <w:sz w:val="24"/>
        </w:rPr>
        <w:t>PROFESSIONAL SUMMARY</w:t>
      </w:r>
    </w:p>
    <w:p w14:paraId="13EA5560" w14:textId="77777777" w:rsidR="009C08A1" w:rsidRDefault="009B12EF">
      <w:pPr>
        <w:spacing w:after="80"/>
        <w:rPr>
          <w:rFonts w:hint="eastAsia"/>
        </w:rPr>
      </w:pPr>
      <w:r>
        <w:t>Creative and passionate Graphic Designer, Video Editor, and Fashion Entrepreneur with a strong interest in visual communication, branding, digital content creation, and creative storytelling. Founder and CEO of OREX Clothing Brand and Founder of Fashion Mafias. Skilled at turning ideas into professional and engaging visual content, with a focus on creativity, quality, consistency, and client satisfaction.</w:t>
      </w:r>
    </w:p>
    <w:p w14:paraId="1FDA12ED" w14:textId="77777777" w:rsidR="009C08A1" w:rsidRDefault="009B12EF">
      <w:pPr>
        <w:spacing w:before="140" w:after="60"/>
        <w:rPr>
          <w:rFonts w:hint="eastAsia"/>
        </w:rPr>
      </w:pPr>
      <w:r>
        <w:rPr>
          <w:b/>
          <w:sz w:val="24"/>
        </w:rPr>
        <w:t>CORE SKILLS</w:t>
      </w:r>
    </w:p>
    <w:p w14:paraId="0C14D9C7" w14:textId="77777777" w:rsidR="009C08A1" w:rsidRDefault="009B12EF">
      <w:pPr>
        <w:rPr>
          <w:rFonts w:hint="eastAsia"/>
        </w:rPr>
      </w:pPr>
      <w:r>
        <w:t>Graphic Design • Video Editing • Brand Identity &amp; Visual Branding • Social Media Content Creation • Creative Direction • Digital Marketing • Fashion Branding • Content Planning • Communication &amp; Teamwork</w:t>
      </w:r>
    </w:p>
    <w:p w14:paraId="16F36C4E" w14:textId="77777777" w:rsidR="009C08A1" w:rsidRDefault="009B12EF">
      <w:pPr>
        <w:spacing w:before="140" w:after="60"/>
        <w:rPr>
          <w:rFonts w:hint="eastAsia"/>
        </w:rPr>
      </w:pPr>
      <w:r>
        <w:rPr>
          <w:b/>
          <w:sz w:val="24"/>
        </w:rPr>
        <w:t>PROFESSIONAL EXPERIENCE</w:t>
      </w:r>
    </w:p>
    <w:p w14:paraId="138EAAFB" w14:textId="77777777" w:rsidR="009C08A1" w:rsidRDefault="009B12EF">
      <w:pPr>
        <w:rPr>
          <w:rFonts w:hint="eastAsia"/>
        </w:rPr>
      </w:pPr>
      <w:r>
        <w:rPr>
          <w:b/>
        </w:rPr>
        <w:t>Founder &amp; CEO — OREX Clothing Brand</w:t>
      </w:r>
      <w:r>
        <w:t xml:space="preserve"> | Ilorin, Nigeria</w:t>
      </w:r>
    </w:p>
    <w:p w14:paraId="63420CF7" w14:textId="77777777" w:rsidR="009C08A1" w:rsidRDefault="009B12EF">
      <w:pPr>
        <w:pStyle w:val="ListBullet"/>
        <w:rPr>
          <w:rFonts w:hint="eastAsia"/>
        </w:rPr>
      </w:pPr>
      <w:r>
        <w:t>Develop and manage the creative direction and visual identity of the OREX fashion brand.</w:t>
      </w:r>
    </w:p>
    <w:p w14:paraId="77F838E4" w14:textId="77777777" w:rsidR="009C08A1" w:rsidRDefault="009B12EF">
      <w:pPr>
        <w:pStyle w:val="ListBullet"/>
        <w:rPr>
          <w:rFonts w:hint="eastAsia"/>
        </w:rPr>
      </w:pPr>
      <w:r>
        <w:t>Plan brand concepts, clothing designs, promotional materials, and social media content.</w:t>
      </w:r>
    </w:p>
    <w:p w14:paraId="08AB88E1" w14:textId="77777777" w:rsidR="009C08A1" w:rsidRDefault="009B12EF">
      <w:pPr>
        <w:pStyle w:val="ListBullet"/>
        <w:rPr>
          <w:rFonts w:hint="eastAsia"/>
        </w:rPr>
      </w:pPr>
      <w:r>
        <w:t>Coordinate creative ideas with a focus on quality, consistency, and professional presentation.</w:t>
      </w:r>
    </w:p>
    <w:p w14:paraId="37AED191" w14:textId="77777777" w:rsidR="009C08A1" w:rsidRDefault="009B12EF">
      <w:pPr>
        <w:rPr>
          <w:rFonts w:hint="eastAsia"/>
        </w:rPr>
      </w:pPr>
      <w:r>
        <w:rPr>
          <w:b/>
        </w:rPr>
        <w:t>Founder — Fashion Mafias</w:t>
      </w:r>
      <w:r>
        <w:t xml:space="preserve"> | Nigeria</w:t>
      </w:r>
    </w:p>
    <w:p w14:paraId="48AA797F" w14:textId="77777777" w:rsidR="009C08A1" w:rsidRDefault="009B12EF">
      <w:pPr>
        <w:pStyle w:val="ListBullet"/>
        <w:rPr>
          <w:rFonts w:hint="eastAsia"/>
        </w:rPr>
      </w:pPr>
      <w:r>
        <w:t>Develop fashion-focused creative concepts and branding ideas.</w:t>
      </w:r>
    </w:p>
    <w:p w14:paraId="4F03E476" w14:textId="77777777" w:rsidR="009C08A1" w:rsidRDefault="009B12EF">
      <w:pPr>
        <w:pStyle w:val="ListBullet"/>
        <w:rPr>
          <w:rFonts w:hint="eastAsia"/>
        </w:rPr>
      </w:pPr>
      <w:r>
        <w:t>Promote creativity, style, and collaboration within fashion and creative projects.</w:t>
      </w:r>
    </w:p>
    <w:p w14:paraId="63606F36" w14:textId="77777777" w:rsidR="009C08A1" w:rsidRDefault="009B12EF">
      <w:pPr>
        <w:rPr>
          <w:rFonts w:hint="eastAsia"/>
        </w:rPr>
      </w:pPr>
      <w:r>
        <w:rPr>
          <w:b/>
        </w:rPr>
        <w:t>Freelance Graphic Designer &amp; Video Editor</w:t>
      </w:r>
      <w:r>
        <w:t xml:space="preserve"> | Nigeria</w:t>
      </w:r>
    </w:p>
    <w:p w14:paraId="05975D7C" w14:textId="77777777" w:rsidR="009C08A1" w:rsidRDefault="009B12EF">
      <w:pPr>
        <w:pStyle w:val="ListBullet"/>
        <w:rPr>
          <w:rFonts w:hint="eastAsia"/>
        </w:rPr>
      </w:pPr>
      <w:r>
        <w:t>Create graphics and visual content for brands, individuals, and digital platforms.</w:t>
      </w:r>
    </w:p>
    <w:p w14:paraId="1AEA22FC" w14:textId="77777777" w:rsidR="009C08A1" w:rsidRDefault="009B12EF">
      <w:pPr>
        <w:pStyle w:val="ListBullet"/>
        <w:rPr>
          <w:rFonts w:hint="eastAsia"/>
        </w:rPr>
      </w:pPr>
      <w:r>
        <w:t>Edit short-form video content and promotional materials.</w:t>
      </w:r>
    </w:p>
    <w:p w14:paraId="234CD538" w14:textId="77777777" w:rsidR="009C08A1" w:rsidRDefault="009B12EF">
      <w:pPr>
        <w:pStyle w:val="ListBullet"/>
        <w:rPr>
          <w:rFonts w:hint="eastAsia"/>
        </w:rPr>
      </w:pPr>
      <w:r>
        <w:t>Translate client ideas into clear, engaging, and professional visual designs.</w:t>
      </w:r>
    </w:p>
    <w:p w14:paraId="1D690F03" w14:textId="77777777" w:rsidR="00CD4C13" w:rsidRDefault="009B12EF" w:rsidP="00CD4C13">
      <w:pPr>
        <w:spacing w:before="140" w:after="60"/>
        <w:rPr>
          <w:b/>
          <w:sz w:val="24"/>
        </w:rPr>
      </w:pPr>
      <w:r>
        <w:rPr>
          <w:b/>
          <w:sz w:val="24"/>
        </w:rPr>
        <w:t>EDUCATION</w:t>
      </w:r>
    </w:p>
    <w:p w14:paraId="79A9BBB5" w14:textId="4C8B7735" w:rsidR="00CD4C13" w:rsidRPr="00CD4C13" w:rsidRDefault="00CD4C13" w:rsidP="00CD4C13">
      <w:pPr>
        <w:spacing w:before="140" w:after="60"/>
        <w:rPr>
          <w:rStyle w:val="s1"/>
        </w:rPr>
      </w:pPr>
      <w:r w:rsidRPr="00CD4C13">
        <w:t>Bachelor of Science (B.Sc.) — Mass Communication</w:t>
      </w:r>
      <w:r w:rsidRPr="00CD4C13">
        <w:br/>
      </w:r>
      <w:r w:rsidRPr="00CD4C13">
        <w:rPr>
          <w:rStyle w:val="s1"/>
        </w:rPr>
        <w:t>Thomas Adewumi University, Kwara State, Nigeria</w:t>
      </w:r>
      <w:r w:rsidRPr="00CD4C13">
        <w:br/>
      </w:r>
      <w:r w:rsidRPr="00CD4C13">
        <w:rPr>
          <w:rStyle w:val="s1"/>
        </w:rPr>
        <w:t>2022 – 2026</w:t>
      </w:r>
    </w:p>
    <w:p w14:paraId="529D8C12" w14:textId="77777777" w:rsidR="009C08A1" w:rsidRDefault="009B12EF">
      <w:pPr>
        <w:spacing w:before="140" w:after="60"/>
        <w:rPr>
          <w:rFonts w:hint="eastAsia"/>
        </w:rPr>
      </w:pPr>
      <w:r>
        <w:rPr>
          <w:b/>
          <w:sz w:val="24"/>
        </w:rPr>
        <w:t>S</w:t>
      </w:r>
      <w:r>
        <w:rPr>
          <w:b/>
          <w:sz w:val="24"/>
        </w:rPr>
        <w:t>ELECTED CREATIVE PROJECTS</w:t>
      </w:r>
    </w:p>
    <w:p w14:paraId="01137B44" w14:textId="77777777" w:rsidR="009C08A1" w:rsidRDefault="009B12EF">
      <w:pPr>
        <w:pStyle w:val="ListBullet"/>
        <w:rPr>
          <w:rFonts w:hint="eastAsia"/>
        </w:rPr>
      </w:pPr>
      <w:r>
        <w:t>OREX Clothing Brand — brand identity, fashion concepts, product presentation, and promotional content.</w:t>
      </w:r>
    </w:p>
    <w:p w14:paraId="636C8251" w14:textId="77777777" w:rsidR="009C08A1" w:rsidRDefault="009B12EF">
      <w:pPr>
        <w:pStyle w:val="ListBullet"/>
        <w:rPr>
          <w:rFonts w:hint="eastAsia"/>
        </w:rPr>
      </w:pPr>
      <w:r>
        <w:t>Fashion Mafias — fashion community/creative brand concept and visual development.</w:t>
      </w:r>
    </w:p>
    <w:p w14:paraId="54D05A7B" w14:textId="77777777" w:rsidR="009C08A1" w:rsidRDefault="009B12EF">
      <w:pPr>
        <w:pStyle w:val="ListBullet"/>
        <w:rPr>
          <w:rFonts w:hint="eastAsia"/>
        </w:rPr>
      </w:pPr>
      <w:r>
        <w:t>Digital Content Projects — graphic designs, video editing, social media creatives, and promotional materials.</w:t>
      </w:r>
    </w:p>
    <w:p w14:paraId="582C0C0E" w14:textId="77777777" w:rsidR="009C08A1" w:rsidRDefault="009B12EF">
      <w:pPr>
        <w:spacing w:before="140" w:after="60"/>
        <w:rPr>
          <w:rFonts w:hint="eastAsia"/>
        </w:rPr>
      </w:pPr>
      <w:r>
        <w:rPr>
          <w:b/>
          <w:sz w:val="24"/>
        </w:rPr>
        <w:t>TOOLS &amp; PLATFORMS</w:t>
      </w:r>
    </w:p>
    <w:p w14:paraId="2CD75A17" w14:textId="77777777" w:rsidR="009C08A1" w:rsidRDefault="009B12EF">
      <w:pPr>
        <w:rPr>
          <w:rFonts w:hint="eastAsia"/>
        </w:rPr>
      </w:pPr>
      <w:r>
        <w:t>Graphic Design Tools: [e.g., Canva, Adobe Photoshop, Illustrator]</w:t>
      </w:r>
      <w:r>
        <w:br/>
        <w:t>Video Editing Tools: [e.g., CapCut, Adobe Premiere Pro]</w:t>
      </w:r>
      <w:r>
        <w:br/>
        <w:t>Digital Platforms: Instagram, Facebook, TikTok, WhatsApp</w:t>
      </w:r>
    </w:p>
    <w:p w14:paraId="5CA7F880" w14:textId="77777777" w:rsidR="009C08A1" w:rsidRDefault="009B12EF">
      <w:pPr>
        <w:spacing w:before="140" w:after="60"/>
        <w:rPr>
          <w:rFonts w:hint="eastAsia"/>
        </w:rPr>
      </w:pPr>
      <w:r>
        <w:rPr>
          <w:b/>
          <w:sz w:val="24"/>
        </w:rPr>
        <w:t>CAREER OBJECTIVE</w:t>
      </w:r>
    </w:p>
    <w:p w14:paraId="32F51FAA" w14:textId="77777777" w:rsidR="009C08A1" w:rsidRDefault="009B12EF">
      <w:pPr>
        <w:rPr>
          <w:rFonts w:hint="eastAsia"/>
        </w:rPr>
      </w:pPr>
      <w:r>
        <w:t>To build a successful career in graphic design, video editing, branding, and digital media while helping businesses and individuals communicate their ideas through creative and professional visual content.</w:t>
      </w:r>
    </w:p>
    <w:p w14:paraId="00CC9C72" w14:textId="77777777" w:rsidR="009C08A1" w:rsidRDefault="009B12EF">
      <w:pPr>
        <w:spacing w:before="140" w:after="60"/>
        <w:rPr>
          <w:rFonts w:hint="eastAsia"/>
        </w:rPr>
      </w:pPr>
      <w:r>
        <w:rPr>
          <w:b/>
          <w:sz w:val="24"/>
        </w:rPr>
        <w:t>REFERENCES</w:t>
      </w:r>
    </w:p>
    <w:p w14:paraId="449A732B" w14:textId="77777777" w:rsidR="009C08A1" w:rsidRDefault="009B12EF">
      <w:pPr>
        <w:rPr>
          <w:rFonts w:hint="eastAsia"/>
        </w:rPr>
      </w:pPr>
      <w:r>
        <w:t>Available upon request.</w:t>
      </w:r>
    </w:p>
    <w:sectPr w:rsidR="009C08A1" w:rsidSect="00034616">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panose1 w:val="020B0609070205080204"/>
    <w:charset w:val="80"/>
    <w:family w:val="modern"/>
    <w:pitch w:val="fixed"/>
    <w:sig w:usb0="E00002FF" w:usb1="6AC7FDFB" w:usb2="08000012" w:usb3="00000000" w:csb0="0002009F" w:csb1="00000000"/>
  </w:font>
  <w:font w:name="Courier">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51401762">
    <w:abstractNumId w:val="8"/>
  </w:num>
  <w:num w:numId="2" w16cid:durableId="1122068738">
    <w:abstractNumId w:val="6"/>
  </w:num>
  <w:num w:numId="3" w16cid:durableId="1829055946">
    <w:abstractNumId w:val="5"/>
  </w:num>
  <w:num w:numId="4" w16cid:durableId="1458569845">
    <w:abstractNumId w:val="4"/>
  </w:num>
  <w:num w:numId="5" w16cid:durableId="1626159395">
    <w:abstractNumId w:val="7"/>
  </w:num>
  <w:num w:numId="6" w16cid:durableId="2098556259">
    <w:abstractNumId w:val="3"/>
  </w:num>
  <w:num w:numId="7" w16cid:durableId="755519813">
    <w:abstractNumId w:val="2"/>
  </w:num>
  <w:num w:numId="8" w16cid:durableId="74985182">
    <w:abstractNumId w:val="1"/>
  </w:num>
  <w:num w:numId="9" w16cid:durableId="52999267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revisionView w:inkAnnotations="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190F"/>
    <w:rsid w:val="0029639D"/>
    <w:rsid w:val="00326F90"/>
    <w:rsid w:val="003373CD"/>
    <w:rsid w:val="00877692"/>
    <w:rsid w:val="009B12EF"/>
    <w:rsid w:val="009C08A1"/>
    <w:rsid w:val="00AA1D8D"/>
    <w:rsid w:val="00B47730"/>
    <w:rsid w:val="00B6356B"/>
    <w:rsid w:val="00CB0664"/>
    <w:rsid w:val="00CD4C1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961D77"/>
  <w14:defaultImageDpi w14:val="300"/>
  <w15:docId w15:val="{769D1CC3-8AFD-C547-866C-FAF5F84D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Normal"/>
    <w:rsid w:val="00CD4C13"/>
    <w:pPr>
      <w:spacing w:before="100" w:beforeAutospacing="1" w:after="100" w:afterAutospacing="1" w:line="240" w:lineRule="auto"/>
    </w:pPr>
    <w:rPr>
      <w:rFonts w:ascii="Times New Roman" w:hAnsi="Times New Roman" w:cs="Times New Roman"/>
      <w:sz w:val="24"/>
      <w:szCs w:val="24"/>
      <w:lang w:val="en-NG" w:eastAsia="en-GB"/>
    </w:rPr>
  </w:style>
  <w:style w:type="character" w:customStyle="1" w:styleId="s1">
    <w:name w:val="s1"/>
    <w:basedOn w:val="DefaultParagraphFont"/>
    <w:rsid w:val="00CD4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376</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oreolua olarewaju</cp:lastModifiedBy>
  <cp:revision>2</cp:revision>
  <dcterms:created xsi:type="dcterms:W3CDTF">2026-09-15T12:26:00Z</dcterms:created>
  <dcterms:modified xsi:type="dcterms:W3CDTF">2026-09-15T12:26:00Z</dcterms:modified>
  <cp:category/>
</cp:coreProperties>
</file>